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4E73CB" w14:textId="79C23DBF" w:rsidR="00025816" w:rsidRPr="00025816" w:rsidRDefault="00025816" w:rsidP="00025816">
      <w:pPr>
        <w:jc w:val="center"/>
        <w:rPr>
          <w:rFonts w:ascii="Times New Roman" w:hAnsi="Times New Roman" w:cs="Times New Roman"/>
          <w:b/>
          <w:bCs/>
          <w:color w:val="1F497D" w:themeColor="text2"/>
        </w:rPr>
      </w:pPr>
      <w:r w:rsidRPr="00025816">
        <w:rPr>
          <w:rFonts w:ascii="Times New Roman" w:hAnsi="Times New Roman" w:cs="Times New Roman"/>
          <w:b/>
          <w:bCs/>
          <w:color w:val="1F497D" w:themeColor="text2"/>
        </w:rPr>
        <w:t>MTN Ghana Tɛkyerɛma Pa Hackathon 2026</w:t>
      </w:r>
    </w:p>
    <w:p w14:paraId="17D21B10" w14:textId="2AF5AF2F" w:rsidR="00C86AC7" w:rsidRPr="00025816" w:rsidRDefault="00000000" w:rsidP="00025816">
      <w:pPr>
        <w:jc w:val="center"/>
        <w:rPr>
          <w:rFonts w:ascii="Times New Roman" w:hAnsi="Times New Roman" w:cs="Times New Roman"/>
          <w:b/>
          <w:sz w:val="28"/>
        </w:rPr>
      </w:pPr>
      <w:r w:rsidRPr="00025816">
        <w:rPr>
          <w:rFonts w:ascii="Times New Roman" w:hAnsi="Times New Roman" w:cs="Times New Roman"/>
        </w:rPr>
        <w:t>Project Abstract Template</w:t>
      </w:r>
    </w:p>
    <w:p w14:paraId="2B740A7F" w14:textId="1562DD0A" w:rsidR="00900E18" w:rsidRPr="00025816" w:rsidRDefault="00900E18" w:rsidP="00900E18">
      <w:pPr>
        <w:spacing w:before="160"/>
        <w:jc w:val="both"/>
        <w:rPr>
          <w:rFonts w:ascii="Times New Roman" w:hAnsi="Times New Roman" w:cs="Times New Roman"/>
        </w:rPr>
      </w:pPr>
      <w:r w:rsidRPr="00025816">
        <w:rPr>
          <w:rFonts w:ascii="Times New Roman" w:hAnsi="Times New Roman" w:cs="Times New Roman"/>
          <w:b/>
        </w:rPr>
        <w:t xml:space="preserve">Important: </w:t>
      </w:r>
      <w:r w:rsidRPr="00025816">
        <w:rPr>
          <w:rFonts w:ascii="Times New Roman" w:hAnsi="Times New Roman" w:cs="Times New Roman"/>
        </w:rPr>
        <w:t>The revised abstract should be clear, specific, realistic, and focused on the proposed project. Teams should avoid generic statements and unsupported claims.</w:t>
      </w:r>
    </w:p>
    <w:p w14:paraId="726500F0" w14:textId="77777777" w:rsidR="00C86AC7" w:rsidRPr="00025816" w:rsidRDefault="00000000" w:rsidP="009E7F0B">
      <w:pPr>
        <w:jc w:val="both"/>
        <w:rPr>
          <w:rFonts w:ascii="Times New Roman" w:hAnsi="Times New Roman" w:cs="Times New Roman"/>
        </w:rPr>
      </w:pPr>
      <w:r w:rsidRPr="00025816">
        <w:rPr>
          <w:rFonts w:ascii="Times New Roman" w:hAnsi="Times New Roman" w:cs="Times New Roman"/>
          <w:i/>
        </w:rPr>
        <w:t>Submission guidance: Maximum 1,200 words or 3 pages, excluding team details.</w:t>
      </w:r>
    </w:p>
    <w:p w14:paraId="27E1E602" w14:textId="4AB11863" w:rsidR="00C86AC7" w:rsidRPr="00025816" w:rsidRDefault="00000000" w:rsidP="00033141">
      <w:pPr>
        <w:pStyle w:val="Heading1"/>
        <w:numPr>
          <w:ilvl w:val="0"/>
          <w:numId w:val="10"/>
        </w:numPr>
        <w:jc w:val="both"/>
        <w:rPr>
          <w:rFonts w:ascii="Times New Roman" w:hAnsi="Times New Roman" w:cs="Times New Roman"/>
        </w:rPr>
      </w:pPr>
      <w:r w:rsidRPr="00025816">
        <w:rPr>
          <w:rFonts w:ascii="Times New Roman" w:hAnsi="Times New Roman" w:cs="Times New Roman"/>
        </w:rPr>
        <w:t>Project Details</w:t>
      </w:r>
    </w:p>
    <w:p w14:paraId="2041A715" w14:textId="77777777" w:rsidR="00C86AC7" w:rsidRPr="00025816" w:rsidRDefault="00000000" w:rsidP="009E7F0B">
      <w:pPr>
        <w:spacing w:after="80"/>
        <w:jc w:val="both"/>
        <w:rPr>
          <w:rFonts w:ascii="Times New Roman" w:hAnsi="Times New Roman" w:cs="Times New Roman"/>
        </w:rPr>
      </w:pPr>
      <w:r w:rsidRPr="00025816">
        <w:rPr>
          <w:rFonts w:ascii="Times New Roman" w:hAnsi="Times New Roman" w:cs="Times New Roman"/>
          <w:b/>
        </w:rPr>
        <w:t xml:space="preserve">Project Title: </w:t>
      </w:r>
      <w:r w:rsidRPr="00025816">
        <w:rPr>
          <w:rFonts w:ascii="Times New Roman" w:hAnsi="Times New Roman" w:cs="Times New Roman"/>
        </w:rPr>
        <w:t>____________________________________________________________</w:t>
      </w:r>
    </w:p>
    <w:p w14:paraId="2F66EB67" w14:textId="77777777" w:rsidR="00C86AC7" w:rsidRPr="00025816" w:rsidRDefault="00000000" w:rsidP="009E7F0B">
      <w:pPr>
        <w:spacing w:after="80"/>
        <w:jc w:val="both"/>
        <w:rPr>
          <w:rFonts w:ascii="Times New Roman" w:hAnsi="Times New Roman" w:cs="Times New Roman"/>
        </w:rPr>
      </w:pPr>
      <w:r w:rsidRPr="00025816">
        <w:rPr>
          <w:rFonts w:ascii="Times New Roman" w:hAnsi="Times New Roman" w:cs="Times New Roman"/>
          <w:b/>
        </w:rPr>
        <w:t xml:space="preserve">Target User Group: </w:t>
      </w:r>
      <w:r w:rsidRPr="00025816">
        <w:rPr>
          <w:rFonts w:ascii="Times New Roman" w:hAnsi="Times New Roman" w:cs="Times New Roman"/>
        </w:rPr>
        <w:t>____________________________________________________________</w:t>
      </w:r>
    </w:p>
    <w:p w14:paraId="1D0F8D88" w14:textId="55B2824D" w:rsidR="00C86AC7" w:rsidRPr="00025816" w:rsidRDefault="00000000" w:rsidP="00033141">
      <w:pPr>
        <w:spacing w:after="80"/>
        <w:ind w:right="-360"/>
        <w:rPr>
          <w:rFonts w:ascii="Times New Roman" w:hAnsi="Times New Roman" w:cs="Times New Roman"/>
        </w:rPr>
      </w:pPr>
      <w:r w:rsidRPr="00025816">
        <w:rPr>
          <w:rFonts w:ascii="Times New Roman" w:hAnsi="Times New Roman" w:cs="Times New Roman"/>
          <w:b/>
        </w:rPr>
        <w:t>Target Ghanaian Language(s)</w:t>
      </w:r>
      <w:r w:rsidR="00025816" w:rsidRPr="00025816">
        <w:rPr>
          <w:rFonts w:ascii="Times New Roman" w:hAnsi="Times New Roman" w:cs="Times New Roman"/>
          <w:b/>
        </w:rPr>
        <w:t xml:space="preserve"> (if any)</w:t>
      </w:r>
      <w:r w:rsidRPr="00025816">
        <w:rPr>
          <w:rFonts w:ascii="Times New Roman" w:hAnsi="Times New Roman" w:cs="Times New Roman"/>
          <w:b/>
        </w:rPr>
        <w:t>:</w:t>
      </w:r>
      <w:r w:rsidR="00033141">
        <w:rPr>
          <w:rFonts w:ascii="Times New Roman" w:hAnsi="Times New Roman" w:cs="Times New Roman"/>
          <w:b/>
        </w:rPr>
        <w:t xml:space="preserve">  </w:t>
      </w:r>
      <w:r w:rsidRPr="00025816">
        <w:rPr>
          <w:rFonts w:ascii="Times New Roman" w:hAnsi="Times New Roman" w:cs="Times New Roman"/>
          <w:b/>
        </w:rPr>
        <w:t>____________________________________________________</w:t>
      </w:r>
    </w:p>
    <w:p w14:paraId="2F27A1A9" w14:textId="0C67323A" w:rsidR="00C86AC7" w:rsidRPr="00025816" w:rsidRDefault="00000000" w:rsidP="00033141">
      <w:pPr>
        <w:pStyle w:val="Heading1"/>
        <w:numPr>
          <w:ilvl w:val="0"/>
          <w:numId w:val="10"/>
        </w:numPr>
        <w:jc w:val="both"/>
        <w:rPr>
          <w:rFonts w:ascii="Times New Roman" w:hAnsi="Times New Roman" w:cs="Times New Roman"/>
        </w:rPr>
      </w:pPr>
      <w:r w:rsidRPr="00025816">
        <w:rPr>
          <w:rFonts w:ascii="Times New Roman" w:hAnsi="Times New Roman" w:cs="Times New Roman"/>
        </w:rPr>
        <w:t>Problem and Relevance</w:t>
      </w:r>
    </w:p>
    <w:p w14:paraId="1E719016" w14:textId="77777777" w:rsidR="00C86AC7" w:rsidRPr="00025816" w:rsidRDefault="00000000" w:rsidP="009E7F0B">
      <w:pPr>
        <w:spacing w:after="120" w:line="259" w:lineRule="auto"/>
        <w:jc w:val="both"/>
        <w:rPr>
          <w:rFonts w:ascii="Times New Roman" w:hAnsi="Times New Roman" w:cs="Times New Roman"/>
        </w:rPr>
      </w:pPr>
      <w:r w:rsidRPr="00025816">
        <w:rPr>
          <w:rFonts w:ascii="Times New Roman" w:hAnsi="Times New Roman" w:cs="Times New Roman"/>
        </w:rPr>
        <w:t>Clearly describe the specific communication, accessibility, disability, or inclusion problem your project addresses. Identify who experiences the problem and provide relevant evidence, observations, or user insights that demonstrate why the problem is important.</w:t>
      </w:r>
    </w:p>
    <w:p w14:paraId="05B15E9B" w14:textId="77777777" w:rsidR="00C86AC7" w:rsidRPr="00025816" w:rsidRDefault="00000000" w:rsidP="009E7F0B">
      <w:pPr>
        <w:spacing w:after="120"/>
        <w:jc w:val="both"/>
        <w:rPr>
          <w:rFonts w:ascii="Times New Roman" w:hAnsi="Times New Roman" w:cs="Times New Roman"/>
          <w:b/>
        </w:rPr>
      </w:pPr>
      <w:r w:rsidRPr="00025816">
        <w:rPr>
          <w:rFonts w:ascii="Times New Roman" w:hAnsi="Times New Roman" w:cs="Times New Roman"/>
          <w:b/>
        </w:rPr>
        <w:t>Response:</w:t>
      </w:r>
    </w:p>
    <w:p w14:paraId="1BD3256C" w14:textId="77777777" w:rsidR="00900E18" w:rsidRPr="00025816" w:rsidRDefault="00900E18" w:rsidP="009E7F0B">
      <w:pPr>
        <w:spacing w:after="120"/>
        <w:jc w:val="both"/>
        <w:rPr>
          <w:rFonts w:ascii="Times New Roman" w:hAnsi="Times New Roman" w:cs="Times New Roman"/>
        </w:rPr>
      </w:pPr>
    </w:p>
    <w:p w14:paraId="42F973AB" w14:textId="59F985A4" w:rsidR="00C86AC7" w:rsidRPr="00025816" w:rsidRDefault="00000000" w:rsidP="00033141">
      <w:pPr>
        <w:pStyle w:val="Heading1"/>
        <w:numPr>
          <w:ilvl w:val="0"/>
          <w:numId w:val="10"/>
        </w:numPr>
        <w:jc w:val="both"/>
        <w:rPr>
          <w:rFonts w:ascii="Times New Roman" w:hAnsi="Times New Roman" w:cs="Times New Roman"/>
        </w:rPr>
      </w:pPr>
      <w:r w:rsidRPr="00025816">
        <w:rPr>
          <w:rFonts w:ascii="Times New Roman" w:hAnsi="Times New Roman" w:cs="Times New Roman"/>
        </w:rPr>
        <w:t>Proposed Solution</w:t>
      </w:r>
    </w:p>
    <w:p w14:paraId="76D73E69" w14:textId="77777777" w:rsidR="00C86AC7" w:rsidRPr="00025816" w:rsidRDefault="00000000" w:rsidP="009E7F0B">
      <w:pPr>
        <w:spacing w:after="120" w:line="259" w:lineRule="auto"/>
        <w:jc w:val="both"/>
        <w:rPr>
          <w:rFonts w:ascii="Times New Roman" w:hAnsi="Times New Roman" w:cs="Times New Roman"/>
        </w:rPr>
      </w:pPr>
      <w:r w:rsidRPr="00025816">
        <w:rPr>
          <w:rFonts w:ascii="Times New Roman" w:hAnsi="Times New Roman" w:cs="Times New Roman"/>
        </w:rPr>
        <w:t>Provide a concise overview of the digital solution you propose to develop. Explain what the solution will do, how it will work at a high level, and how it addresses the identified problem.</w:t>
      </w:r>
    </w:p>
    <w:p w14:paraId="3A823370" w14:textId="77777777" w:rsidR="00C86AC7" w:rsidRPr="00025816" w:rsidRDefault="00000000" w:rsidP="009E7F0B">
      <w:pPr>
        <w:spacing w:after="120"/>
        <w:jc w:val="both"/>
        <w:rPr>
          <w:rFonts w:ascii="Times New Roman" w:hAnsi="Times New Roman" w:cs="Times New Roman"/>
          <w:b/>
        </w:rPr>
      </w:pPr>
      <w:r w:rsidRPr="00025816">
        <w:rPr>
          <w:rFonts w:ascii="Times New Roman" w:hAnsi="Times New Roman" w:cs="Times New Roman"/>
          <w:b/>
        </w:rPr>
        <w:t>Response:</w:t>
      </w:r>
    </w:p>
    <w:p w14:paraId="135BC94D" w14:textId="14B0232B" w:rsidR="00033141" w:rsidRPr="00025816" w:rsidRDefault="00033141" w:rsidP="00033141">
      <w:pPr>
        <w:pStyle w:val="Heading1"/>
        <w:numPr>
          <w:ilvl w:val="0"/>
          <w:numId w:val="10"/>
        </w:numPr>
        <w:jc w:val="both"/>
        <w:rPr>
          <w:rFonts w:ascii="Times New Roman" w:hAnsi="Times New Roman" w:cs="Times New Roman"/>
        </w:rPr>
      </w:pPr>
      <w:r w:rsidRPr="00025816">
        <w:rPr>
          <w:rFonts w:ascii="Times New Roman" w:hAnsi="Times New Roman" w:cs="Times New Roman"/>
        </w:rPr>
        <w:t>Technical Fit and Feasibility</w:t>
      </w:r>
    </w:p>
    <w:p w14:paraId="43463D21" w14:textId="1356AD25" w:rsidR="00033141" w:rsidRPr="00025816" w:rsidRDefault="00033141" w:rsidP="00033141">
      <w:pPr>
        <w:spacing w:after="120" w:line="259" w:lineRule="auto"/>
        <w:jc w:val="both"/>
        <w:rPr>
          <w:rFonts w:ascii="Times New Roman" w:hAnsi="Times New Roman" w:cs="Times New Roman"/>
        </w:rPr>
      </w:pPr>
      <w:r w:rsidRPr="00033141">
        <w:rPr>
          <w:rFonts w:ascii="Times New Roman" w:hAnsi="Times New Roman" w:cs="Times New Roman"/>
        </w:rPr>
        <w:t>Identify the main technology or technologies you propose to use, such as ASR, TTS, NLP, LLMs/Generative AI, computer vision, agentic AI, robotics, or other relevant technologies. Explain briefly why the proposed technology is appropriate for</w:t>
      </w:r>
      <w:r w:rsidRPr="00025816">
        <w:rPr>
          <w:rFonts w:ascii="Times New Roman" w:hAnsi="Times New Roman" w:cs="Times New Roman"/>
        </w:rPr>
        <w:t xml:space="preserve"> the problem and the solution you intend to build</w:t>
      </w:r>
      <w:r w:rsidRPr="00033141">
        <w:rPr>
          <w:rFonts w:ascii="Times New Roman" w:hAnsi="Times New Roman" w:cs="Times New Roman"/>
        </w:rPr>
        <w:t>. Describe what you realistically expect to develop or demonstrate during the hackathon.</w:t>
      </w:r>
      <w:r>
        <w:rPr>
          <w:rFonts w:ascii="Times New Roman" w:hAnsi="Times New Roman" w:cs="Times New Roman"/>
        </w:rPr>
        <w:t xml:space="preserve"> </w:t>
      </w:r>
      <w:r w:rsidRPr="00025816">
        <w:rPr>
          <w:rFonts w:ascii="Times New Roman" w:hAnsi="Times New Roman" w:cs="Times New Roman"/>
        </w:rPr>
        <w:t>Your response should show that the proposed approach is technically plausible and achievable as a functional prototype within the hackathon period.</w:t>
      </w:r>
    </w:p>
    <w:p w14:paraId="78A3F0A1" w14:textId="77777777" w:rsidR="00033141" w:rsidRPr="00025816" w:rsidRDefault="00033141" w:rsidP="00033141">
      <w:pPr>
        <w:spacing w:after="120"/>
        <w:jc w:val="both"/>
        <w:rPr>
          <w:rFonts w:ascii="Times New Roman" w:hAnsi="Times New Roman" w:cs="Times New Roman"/>
          <w:b/>
        </w:rPr>
      </w:pPr>
      <w:r w:rsidRPr="00025816">
        <w:rPr>
          <w:rFonts w:ascii="Times New Roman" w:hAnsi="Times New Roman" w:cs="Times New Roman"/>
          <w:b/>
        </w:rPr>
        <w:t>Response:</w:t>
      </w:r>
    </w:p>
    <w:p w14:paraId="40EB066B" w14:textId="77777777" w:rsidR="00900E18" w:rsidRPr="00025816" w:rsidRDefault="00900E18" w:rsidP="009E7F0B">
      <w:pPr>
        <w:spacing w:after="120"/>
        <w:jc w:val="both"/>
        <w:rPr>
          <w:rFonts w:ascii="Times New Roman" w:hAnsi="Times New Roman" w:cs="Times New Roman"/>
        </w:rPr>
      </w:pPr>
    </w:p>
    <w:p w14:paraId="33C34C51" w14:textId="77777777" w:rsidR="00900E18" w:rsidRPr="00025816" w:rsidRDefault="00900E18" w:rsidP="009E7F0B">
      <w:pPr>
        <w:spacing w:after="120"/>
        <w:jc w:val="both"/>
        <w:rPr>
          <w:rFonts w:ascii="Times New Roman" w:hAnsi="Times New Roman" w:cs="Times New Roman"/>
        </w:rPr>
      </w:pPr>
    </w:p>
    <w:p w14:paraId="07106C26" w14:textId="32198282" w:rsidR="00C86AC7" w:rsidRPr="00025816" w:rsidRDefault="00000000" w:rsidP="00033141">
      <w:pPr>
        <w:pStyle w:val="Heading1"/>
        <w:numPr>
          <w:ilvl w:val="0"/>
          <w:numId w:val="10"/>
        </w:numPr>
        <w:jc w:val="both"/>
        <w:rPr>
          <w:rFonts w:ascii="Times New Roman" w:hAnsi="Times New Roman" w:cs="Times New Roman"/>
        </w:rPr>
      </w:pPr>
      <w:r w:rsidRPr="00025816">
        <w:rPr>
          <w:rFonts w:ascii="Times New Roman" w:hAnsi="Times New Roman" w:cs="Times New Roman"/>
        </w:rPr>
        <w:lastRenderedPageBreak/>
        <w:t>Accessibility, Language and Local Fit</w:t>
      </w:r>
    </w:p>
    <w:p w14:paraId="1C1195E5" w14:textId="77777777" w:rsidR="00C86AC7" w:rsidRPr="00025816" w:rsidRDefault="00000000" w:rsidP="009E7F0B">
      <w:pPr>
        <w:spacing w:after="120" w:line="259" w:lineRule="auto"/>
        <w:jc w:val="both"/>
        <w:rPr>
          <w:rFonts w:ascii="Times New Roman" w:hAnsi="Times New Roman" w:cs="Times New Roman"/>
        </w:rPr>
      </w:pPr>
      <w:r w:rsidRPr="00025816">
        <w:rPr>
          <w:rFonts w:ascii="Times New Roman" w:hAnsi="Times New Roman" w:cs="Times New Roman"/>
        </w:rPr>
        <w:t>Explain how the solution will be accessible to the intended users, particularly persons with disabilities and/or people with low digital literacy. Describe how Ghanaian language(s), communication practices, cultural considerations, and local operating conditions will be incorporated into the design.</w:t>
      </w:r>
    </w:p>
    <w:p w14:paraId="69B02C7C" w14:textId="77777777" w:rsidR="00C86AC7" w:rsidRPr="00025816" w:rsidRDefault="00000000" w:rsidP="009E7F0B">
      <w:pPr>
        <w:spacing w:after="120"/>
        <w:jc w:val="both"/>
        <w:rPr>
          <w:rFonts w:ascii="Times New Roman" w:hAnsi="Times New Roman" w:cs="Times New Roman"/>
          <w:b/>
        </w:rPr>
      </w:pPr>
      <w:r w:rsidRPr="00025816">
        <w:rPr>
          <w:rFonts w:ascii="Times New Roman" w:hAnsi="Times New Roman" w:cs="Times New Roman"/>
          <w:b/>
        </w:rPr>
        <w:t>Response:</w:t>
      </w:r>
    </w:p>
    <w:p w14:paraId="2EB8C80F" w14:textId="77777777" w:rsidR="00900E18" w:rsidRPr="00025816" w:rsidRDefault="00900E18" w:rsidP="009E7F0B">
      <w:pPr>
        <w:spacing w:after="120"/>
        <w:jc w:val="both"/>
        <w:rPr>
          <w:rFonts w:ascii="Times New Roman" w:hAnsi="Times New Roman" w:cs="Times New Roman"/>
        </w:rPr>
      </w:pPr>
    </w:p>
    <w:p w14:paraId="7F23EFC5" w14:textId="77777777" w:rsidR="00900E18" w:rsidRPr="00025816" w:rsidRDefault="00900E18" w:rsidP="009E7F0B">
      <w:pPr>
        <w:spacing w:after="120"/>
        <w:jc w:val="both"/>
        <w:rPr>
          <w:rFonts w:ascii="Times New Roman" w:hAnsi="Times New Roman" w:cs="Times New Roman"/>
        </w:rPr>
      </w:pPr>
    </w:p>
    <w:p w14:paraId="388AAF38" w14:textId="484BADF2" w:rsidR="00C86AC7" w:rsidRPr="00025816" w:rsidRDefault="00000000" w:rsidP="00033141">
      <w:pPr>
        <w:pStyle w:val="Heading1"/>
        <w:numPr>
          <w:ilvl w:val="0"/>
          <w:numId w:val="10"/>
        </w:numPr>
        <w:jc w:val="both"/>
        <w:rPr>
          <w:rFonts w:ascii="Times New Roman" w:hAnsi="Times New Roman" w:cs="Times New Roman"/>
        </w:rPr>
      </w:pPr>
      <w:r w:rsidRPr="00025816">
        <w:rPr>
          <w:rFonts w:ascii="Times New Roman" w:hAnsi="Times New Roman" w:cs="Times New Roman"/>
        </w:rPr>
        <w:t>Adoption, Scalability and Potential Impact</w:t>
      </w:r>
    </w:p>
    <w:p w14:paraId="3B70C592" w14:textId="77777777" w:rsidR="00C86AC7" w:rsidRPr="00025816" w:rsidRDefault="00000000" w:rsidP="009E7F0B">
      <w:pPr>
        <w:spacing w:after="120" w:line="259" w:lineRule="auto"/>
        <w:jc w:val="both"/>
        <w:rPr>
          <w:rFonts w:ascii="Times New Roman" w:hAnsi="Times New Roman" w:cs="Times New Roman"/>
        </w:rPr>
      </w:pPr>
      <w:r w:rsidRPr="00025816">
        <w:rPr>
          <w:rFonts w:ascii="Times New Roman" w:hAnsi="Times New Roman" w:cs="Times New Roman"/>
        </w:rPr>
        <w:t>Explain why intended users would find the solution useful, trustworthy, and worth continuing to use. Describe how the solution could later scale to other Ghanaian languages, communities, regions, or user groups. State the measurable benefits or outcomes the solution could produce for users, communities, organisations, or service providers.</w:t>
      </w:r>
    </w:p>
    <w:p w14:paraId="70583DCA" w14:textId="77777777" w:rsidR="00C86AC7" w:rsidRPr="00025816" w:rsidRDefault="00000000" w:rsidP="009E7F0B">
      <w:pPr>
        <w:spacing w:after="120"/>
        <w:jc w:val="both"/>
        <w:rPr>
          <w:rFonts w:ascii="Times New Roman" w:hAnsi="Times New Roman" w:cs="Times New Roman"/>
          <w:b/>
        </w:rPr>
      </w:pPr>
      <w:r w:rsidRPr="00025816">
        <w:rPr>
          <w:rFonts w:ascii="Times New Roman" w:hAnsi="Times New Roman" w:cs="Times New Roman"/>
          <w:b/>
        </w:rPr>
        <w:t>Response:</w:t>
      </w:r>
    </w:p>
    <w:p w14:paraId="3E8B8471" w14:textId="77777777" w:rsidR="00900E18" w:rsidRPr="00025816" w:rsidRDefault="00900E18" w:rsidP="009E7F0B">
      <w:pPr>
        <w:spacing w:after="120"/>
        <w:jc w:val="both"/>
        <w:rPr>
          <w:rFonts w:ascii="Times New Roman" w:hAnsi="Times New Roman" w:cs="Times New Roman"/>
        </w:rPr>
      </w:pPr>
    </w:p>
    <w:sectPr w:rsidR="00900E18" w:rsidRPr="00025816" w:rsidSect="000258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6BA709C"/>
    <w:multiLevelType w:val="hybridMultilevel"/>
    <w:tmpl w:val="E0024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3992071">
    <w:abstractNumId w:val="8"/>
  </w:num>
  <w:num w:numId="2" w16cid:durableId="1969506092">
    <w:abstractNumId w:val="6"/>
  </w:num>
  <w:num w:numId="3" w16cid:durableId="433553059">
    <w:abstractNumId w:val="5"/>
  </w:num>
  <w:num w:numId="4" w16cid:durableId="573321934">
    <w:abstractNumId w:val="4"/>
  </w:num>
  <w:num w:numId="5" w16cid:durableId="1987513493">
    <w:abstractNumId w:val="7"/>
  </w:num>
  <w:num w:numId="6" w16cid:durableId="2082680256">
    <w:abstractNumId w:val="3"/>
  </w:num>
  <w:num w:numId="7" w16cid:durableId="1870335554">
    <w:abstractNumId w:val="2"/>
  </w:num>
  <w:num w:numId="8" w16cid:durableId="1597397166">
    <w:abstractNumId w:val="1"/>
  </w:num>
  <w:num w:numId="9" w16cid:durableId="1024525076">
    <w:abstractNumId w:val="0"/>
  </w:num>
  <w:num w:numId="10" w16cid:durableId="44449578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816"/>
    <w:rsid w:val="00033141"/>
    <w:rsid w:val="00034616"/>
    <w:rsid w:val="0006063C"/>
    <w:rsid w:val="0015074B"/>
    <w:rsid w:val="0029639D"/>
    <w:rsid w:val="00326F90"/>
    <w:rsid w:val="00900E18"/>
    <w:rsid w:val="009E7F0B"/>
    <w:rsid w:val="00AA1D8D"/>
    <w:rsid w:val="00B47730"/>
    <w:rsid w:val="00C86AC7"/>
    <w:rsid w:val="00CB0664"/>
    <w:rsid w:val="00CD3EEB"/>
    <w:rsid w:val="00DE06A2"/>
    <w:rsid w:val="00FB6671"/>
    <w:rsid w:val="00FC693F"/>
    <w:rsid w:val="00FC77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C39FF7"/>
  <w14:defaultImageDpi w14:val="300"/>
  <w15:docId w15:val="{D40AA586-C52F-A548-A865-AB85169E8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Garamond" w:eastAsia="Garamond" w:hAnsi="Garamond"/>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EKPEZU AKON OBU</cp:lastModifiedBy>
  <cp:revision>4</cp:revision>
  <dcterms:created xsi:type="dcterms:W3CDTF">2026-08-15T20:35:00Z</dcterms:created>
  <dcterms:modified xsi:type="dcterms:W3CDTF">2026-08-16T07:09:00Z</dcterms:modified>
  <cp:category/>
</cp:coreProperties>
</file>